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56D9" w:rsidRDefault="000B56D9">
      <w:pPr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0B56D9" w:rsidRDefault="000B56D9">
      <w:pPr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0B56D9" w:rsidRDefault="000B56D9">
      <w:pPr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A52B01" w:rsidRPr="00767774" w:rsidRDefault="00767774">
      <w:pPr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767774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Varsha .M.Akhar</w:t>
      </w:r>
    </w:p>
    <w:p w:rsidR="002A3380" w:rsidRPr="00EB47F9" w:rsidRDefault="00777FC6">
      <w:pPr>
        <w:rPr>
          <w:rFonts w:ascii="Times New Roman" w:hAnsi="Times New Roman" w:cs="Times New Roman"/>
          <w:color w:val="FF0000"/>
          <w:sz w:val="28"/>
          <w:szCs w:val="28"/>
        </w:rPr>
      </w:pPr>
      <w:r w:rsidRPr="00EB47F9">
        <w:rPr>
          <w:rFonts w:ascii="Times New Roman" w:hAnsi="Times New Roman" w:cs="Times New Roman"/>
          <w:color w:val="FF0000"/>
          <w:sz w:val="28"/>
          <w:szCs w:val="28"/>
        </w:rPr>
        <w:t>Assistant Professor</w:t>
      </w:r>
    </w:p>
    <w:p w:rsidR="00A52B01" w:rsidRDefault="00777FC6" w:rsidP="00A52B01">
      <w:pPr>
        <w:jc w:val="both"/>
        <w:rPr>
          <w:rFonts w:ascii="Times New Roman" w:hAnsi="Times New Roman" w:cs="Times New Roman"/>
          <w:sz w:val="28"/>
          <w:szCs w:val="28"/>
        </w:rPr>
      </w:pPr>
      <w:r w:rsidRPr="00A52B01">
        <w:rPr>
          <w:color w:val="FF0000"/>
        </w:rPr>
        <w:br/>
      </w:r>
      <w:r w:rsidR="00A52B01" w:rsidRPr="00A52B01">
        <w:rPr>
          <w:rFonts w:ascii="Times New Roman" w:hAnsi="Times New Roman" w:cs="Times New Roman"/>
          <w:sz w:val="28"/>
          <w:szCs w:val="28"/>
        </w:rPr>
        <w:t>Qualification:</w:t>
      </w:r>
      <w:r w:rsidRPr="00A52B01">
        <w:rPr>
          <w:rFonts w:ascii="Times New Roman" w:hAnsi="Times New Roman" w:cs="Times New Roman"/>
          <w:sz w:val="28"/>
          <w:szCs w:val="28"/>
        </w:rPr>
        <w:t xml:space="preserve"> </w:t>
      </w:r>
      <w:r w:rsidR="00767774">
        <w:rPr>
          <w:rFonts w:ascii="Times New Roman" w:hAnsi="Times New Roman" w:cs="Times New Roman"/>
          <w:sz w:val="28"/>
          <w:szCs w:val="28"/>
        </w:rPr>
        <w:t>B.COM</w:t>
      </w:r>
      <w:r w:rsidR="00A52B01">
        <w:rPr>
          <w:rFonts w:ascii="Times New Roman" w:hAnsi="Times New Roman" w:cs="Times New Roman"/>
          <w:sz w:val="28"/>
          <w:szCs w:val="28"/>
        </w:rPr>
        <w:t xml:space="preserve">, MBA </w:t>
      </w:r>
    </w:p>
    <w:p w:rsidR="002A3380" w:rsidRPr="00A52B01" w:rsidRDefault="0076777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Experience: 2.9 </w:t>
      </w:r>
      <w:r w:rsidR="00A52B01">
        <w:rPr>
          <w:rFonts w:ascii="Times New Roman" w:hAnsi="Times New Roman" w:cs="Times New Roman"/>
          <w:sz w:val="28"/>
          <w:szCs w:val="28"/>
        </w:rPr>
        <w:t xml:space="preserve">Years </w:t>
      </w:r>
    </w:p>
    <w:p w:rsidR="00767774" w:rsidRDefault="00777FC6">
      <w:pPr>
        <w:rPr>
          <w:rFonts w:ascii="Times New Roman" w:hAnsi="Times New Roman" w:cs="Times New Roman"/>
          <w:sz w:val="28"/>
          <w:szCs w:val="28"/>
        </w:rPr>
      </w:pPr>
      <w:r w:rsidRPr="00A52B01">
        <w:rPr>
          <w:rFonts w:ascii="Times New Roman" w:hAnsi="Times New Roman" w:cs="Times New Roman"/>
          <w:sz w:val="28"/>
          <w:szCs w:val="28"/>
        </w:rPr>
        <w:t xml:space="preserve">Expert </w:t>
      </w:r>
      <w:r w:rsidR="00EB47F9" w:rsidRPr="00A52B01">
        <w:rPr>
          <w:rFonts w:ascii="Times New Roman" w:hAnsi="Times New Roman" w:cs="Times New Roman"/>
          <w:sz w:val="28"/>
          <w:szCs w:val="28"/>
        </w:rPr>
        <w:t>Area</w:t>
      </w:r>
      <w:r w:rsidR="00EB47F9">
        <w:rPr>
          <w:rFonts w:ascii="Times New Roman" w:hAnsi="Times New Roman" w:cs="Times New Roman"/>
          <w:sz w:val="28"/>
          <w:szCs w:val="28"/>
        </w:rPr>
        <w:t>:</w:t>
      </w:r>
      <w:r w:rsidRPr="00A52B01">
        <w:rPr>
          <w:rFonts w:ascii="Times New Roman" w:hAnsi="Times New Roman" w:cs="Times New Roman"/>
          <w:sz w:val="28"/>
          <w:szCs w:val="28"/>
        </w:rPr>
        <w:t xml:space="preserve"> Human Resource Management</w:t>
      </w:r>
    </w:p>
    <w:p w:rsidR="00767774" w:rsidRDefault="00EB47F9">
      <w:pPr>
        <w:rPr>
          <w:rFonts w:ascii="Times New Roman" w:hAnsi="Times New Roman" w:cs="Times New Roman"/>
          <w:sz w:val="28"/>
          <w:szCs w:val="28"/>
        </w:rPr>
      </w:pPr>
      <w:r w:rsidRPr="00A52B01">
        <w:rPr>
          <w:rFonts w:ascii="Times New Roman" w:hAnsi="Times New Roman" w:cs="Times New Roman"/>
          <w:sz w:val="28"/>
          <w:szCs w:val="28"/>
        </w:rPr>
        <w:t>Email:</w:t>
      </w:r>
      <w:r w:rsidR="00777FC6" w:rsidRPr="00A52B01">
        <w:rPr>
          <w:rFonts w:ascii="Times New Roman" w:hAnsi="Times New Roman" w:cs="Times New Roman"/>
          <w:sz w:val="28"/>
          <w:szCs w:val="28"/>
        </w:rPr>
        <w:t xml:space="preserve"> </w:t>
      </w:r>
      <w:hyperlink r:id="rId8" w:history="1">
        <w:r w:rsidR="00767774" w:rsidRPr="004D5A9C">
          <w:rPr>
            <w:rStyle w:val="Hyperlink"/>
            <w:rFonts w:ascii="Times New Roman" w:hAnsi="Times New Roman" w:cs="Times New Roman"/>
            <w:sz w:val="28"/>
            <w:szCs w:val="28"/>
          </w:rPr>
          <w:t>varsha.wadhwa23@gmail.com</w:t>
        </w:r>
      </w:hyperlink>
    </w:p>
    <w:p w:rsidR="002A3380" w:rsidRDefault="00EB47F9">
      <w:pPr>
        <w:rPr>
          <w:rFonts w:ascii="Times New Roman" w:hAnsi="Times New Roman" w:cs="Times New Roman"/>
          <w:sz w:val="28"/>
          <w:szCs w:val="28"/>
        </w:rPr>
      </w:pPr>
      <w:r w:rsidRPr="00A52B01">
        <w:rPr>
          <w:rFonts w:ascii="Times New Roman" w:hAnsi="Times New Roman" w:cs="Times New Roman"/>
          <w:sz w:val="28"/>
          <w:szCs w:val="28"/>
        </w:rPr>
        <w:t>Contact:</w:t>
      </w:r>
      <w:r w:rsidR="00767774">
        <w:rPr>
          <w:rFonts w:ascii="Times New Roman" w:hAnsi="Times New Roman" w:cs="Times New Roman"/>
          <w:sz w:val="28"/>
          <w:szCs w:val="28"/>
        </w:rPr>
        <w:t xml:space="preserve"> 9975405544</w:t>
      </w:r>
    </w:p>
    <w:p w:rsidR="000A337B" w:rsidRDefault="000A337B">
      <w:pPr>
        <w:rPr>
          <w:rFonts w:ascii="Times New Roman" w:hAnsi="Times New Roman" w:cs="Times New Roman"/>
          <w:sz w:val="28"/>
          <w:szCs w:val="28"/>
        </w:rPr>
      </w:pPr>
    </w:p>
    <w:p w:rsidR="000A337B" w:rsidRDefault="000A337B">
      <w:pPr>
        <w:rPr>
          <w:rFonts w:ascii="Times New Roman" w:hAnsi="Times New Roman" w:cs="Times New Roman"/>
          <w:sz w:val="28"/>
          <w:szCs w:val="28"/>
        </w:rPr>
      </w:pPr>
    </w:p>
    <w:p w:rsidR="000A337B" w:rsidRDefault="000A337B">
      <w:pPr>
        <w:rPr>
          <w:rFonts w:ascii="Times New Roman" w:hAnsi="Times New Roman" w:cs="Times New Roman"/>
          <w:sz w:val="28"/>
          <w:szCs w:val="28"/>
        </w:rPr>
      </w:pPr>
    </w:p>
    <w:p w:rsidR="000A337B" w:rsidRDefault="000A337B">
      <w:pPr>
        <w:rPr>
          <w:rFonts w:ascii="Times New Roman" w:hAnsi="Times New Roman" w:cs="Times New Roman"/>
          <w:sz w:val="28"/>
          <w:szCs w:val="28"/>
        </w:rPr>
      </w:pPr>
    </w:p>
    <w:p w:rsidR="000A337B" w:rsidRDefault="000A337B">
      <w:pPr>
        <w:rPr>
          <w:rFonts w:ascii="Times New Roman" w:hAnsi="Times New Roman" w:cs="Times New Roman"/>
          <w:sz w:val="28"/>
          <w:szCs w:val="28"/>
        </w:rPr>
      </w:pPr>
    </w:p>
    <w:p w:rsidR="000A337B" w:rsidRDefault="000A337B">
      <w:pPr>
        <w:rPr>
          <w:rFonts w:ascii="Times New Roman" w:hAnsi="Times New Roman" w:cs="Times New Roman"/>
          <w:sz w:val="28"/>
          <w:szCs w:val="28"/>
        </w:rPr>
      </w:pPr>
    </w:p>
    <w:p w:rsidR="000A337B" w:rsidRDefault="000A337B">
      <w:pPr>
        <w:rPr>
          <w:rFonts w:ascii="Times New Roman" w:hAnsi="Times New Roman" w:cs="Times New Roman"/>
          <w:sz w:val="28"/>
          <w:szCs w:val="28"/>
        </w:rPr>
      </w:pPr>
    </w:p>
    <w:p w:rsidR="000A337B" w:rsidRDefault="000A337B">
      <w:pPr>
        <w:rPr>
          <w:rFonts w:ascii="Times New Roman" w:hAnsi="Times New Roman" w:cs="Times New Roman"/>
          <w:sz w:val="28"/>
          <w:szCs w:val="28"/>
        </w:rPr>
      </w:pPr>
    </w:p>
    <w:p w:rsidR="000A337B" w:rsidRDefault="000A337B">
      <w:pPr>
        <w:rPr>
          <w:rFonts w:ascii="Times New Roman" w:hAnsi="Times New Roman" w:cs="Times New Roman"/>
          <w:sz w:val="28"/>
          <w:szCs w:val="28"/>
        </w:rPr>
      </w:pPr>
    </w:p>
    <w:p w:rsidR="000A337B" w:rsidRDefault="000A337B">
      <w:pPr>
        <w:rPr>
          <w:rFonts w:ascii="Times New Roman" w:hAnsi="Times New Roman" w:cs="Times New Roman"/>
          <w:sz w:val="28"/>
          <w:szCs w:val="28"/>
        </w:rPr>
      </w:pPr>
    </w:p>
    <w:p w:rsidR="000A337B" w:rsidRDefault="000A337B">
      <w:pPr>
        <w:rPr>
          <w:rFonts w:ascii="Times New Roman" w:hAnsi="Times New Roman" w:cs="Times New Roman"/>
          <w:sz w:val="28"/>
          <w:szCs w:val="28"/>
        </w:rPr>
      </w:pPr>
    </w:p>
    <w:p w:rsidR="000A337B" w:rsidRDefault="000A337B">
      <w:pPr>
        <w:rPr>
          <w:rFonts w:ascii="Times New Roman" w:hAnsi="Times New Roman" w:cs="Times New Roman"/>
          <w:sz w:val="28"/>
          <w:szCs w:val="28"/>
        </w:rPr>
      </w:pPr>
    </w:p>
    <w:p w:rsidR="000A337B" w:rsidRDefault="000A337B">
      <w:pPr>
        <w:rPr>
          <w:rFonts w:ascii="Times New Roman" w:hAnsi="Times New Roman" w:cs="Times New Roman"/>
          <w:sz w:val="28"/>
          <w:szCs w:val="28"/>
        </w:rPr>
      </w:pPr>
    </w:p>
    <w:p w:rsidR="000A337B" w:rsidRDefault="000A337B" w:rsidP="000A337B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0B56D9" w:rsidRDefault="000B56D9" w:rsidP="000A337B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0B56D9" w:rsidRDefault="000B56D9" w:rsidP="000B56D9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1457325" cy="2016368"/>
            <wp:effectExtent l="19050" t="0" r="9525" b="0"/>
            <wp:docPr id="2" name="Picture 1" descr="C:\Users\MBA-STAFF-X\Desktop\varsha.jf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BA-STAFF-X\Desktop\varsha.jfif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60727" cy="20210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B56D9" w:rsidRDefault="000B56D9" w:rsidP="000B56D9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0A337B" w:rsidRPr="00804003" w:rsidRDefault="00741D56" w:rsidP="000A337B">
      <w:pPr>
        <w:pStyle w:val="ListParagraph"/>
        <w:numPr>
          <w:ilvl w:val="0"/>
          <w:numId w:val="12"/>
        </w:numPr>
        <w:rPr>
          <w:rFonts w:ascii="Times New Roman" w:hAnsi="Times New Roman" w:cs="Times New Roman"/>
          <w:sz w:val="28"/>
          <w:szCs w:val="28"/>
        </w:rPr>
      </w:pPr>
      <w:r w:rsidRPr="00804003">
        <w:rPr>
          <w:rFonts w:ascii="Times New Roman" w:hAnsi="Times New Roman" w:cs="Times New Roman"/>
          <w:b/>
          <w:sz w:val="28"/>
          <w:szCs w:val="28"/>
        </w:rPr>
        <w:t>Name of Teacher</w:t>
      </w:r>
      <w:r w:rsidRPr="00804003">
        <w:rPr>
          <w:rFonts w:ascii="Times New Roman" w:hAnsi="Times New Roman" w:cs="Times New Roman"/>
          <w:sz w:val="28"/>
          <w:szCs w:val="28"/>
        </w:rPr>
        <w:t xml:space="preserve"> – </w:t>
      </w:r>
      <w:r w:rsidR="00767774">
        <w:rPr>
          <w:rFonts w:ascii="Times New Roman" w:hAnsi="Times New Roman" w:cs="Times New Roman"/>
          <w:sz w:val="28"/>
          <w:szCs w:val="28"/>
        </w:rPr>
        <w:t>Varsha.M.Akhar</w:t>
      </w:r>
      <w:r w:rsidRPr="0080400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741D56" w:rsidRPr="00804003" w:rsidRDefault="00741D56" w:rsidP="000A337B">
      <w:pPr>
        <w:pStyle w:val="ListParagraph"/>
        <w:numPr>
          <w:ilvl w:val="0"/>
          <w:numId w:val="12"/>
        </w:numPr>
        <w:rPr>
          <w:rFonts w:ascii="Times New Roman" w:hAnsi="Times New Roman" w:cs="Times New Roman"/>
          <w:sz w:val="28"/>
          <w:szCs w:val="28"/>
        </w:rPr>
      </w:pPr>
      <w:r w:rsidRPr="00804003">
        <w:rPr>
          <w:rFonts w:ascii="Times New Roman" w:hAnsi="Times New Roman" w:cs="Times New Roman"/>
          <w:b/>
          <w:sz w:val="28"/>
          <w:szCs w:val="28"/>
        </w:rPr>
        <w:t>Designation -</w:t>
      </w:r>
      <w:r w:rsidRPr="00804003">
        <w:rPr>
          <w:rFonts w:ascii="Times New Roman" w:hAnsi="Times New Roman" w:cs="Times New Roman"/>
          <w:sz w:val="28"/>
          <w:szCs w:val="28"/>
        </w:rPr>
        <w:t xml:space="preserve">           Assistant Professor </w:t>
      </w:r>
    </w:p>
    <w:p w:rsidR="00741D56" w:rsidRPr="00804003" w:rsidRDefault="00741D56" w:rsidP="000A337B">
      <w:pPr>
        <w:pStyle w:val="ListParagraph"/>
        <w:numPr>
          <w:ilvl w:val="0"/>
          <w:numId w:val="12"/>
        </w:numPr>
        <w:rPr>
          <w:rFonts w:ascii="Times New Roman" w:hAnsi="Times New Roman" w:cs="Times New Roman"/>
          <w:sz w:val="28"/>
          <w:szCs w:val="28"/>
        </w:rPr>
      </w:pPr>
      <w:r w:rsidRPr="00804003">
        <w:rPr>
          <w:rFonts w:ascii="Times New Roman" w:hAnsi="Times New Roman" w:cs="Times New Roman"/>
          <w:b/>
          <w:sz w:val="28"/>
          <w:szCs w:val="28"/>
        </w:rPr>
        <w:t>Educational Qualification</w:t>
      </w:r>
      <w:r w:rsidRPr="00804003">
        <w:rPr>
          <w:rFonts w:ascii="Times New Roman" w:hAnsi="Times New Roman" w:cs="Times New Roman"/>
          <w:sz w:val="28"/>
          <w:szCs w:val="28"/>
        </w:rPr>
        <w:t xml:space="preserve"> – </w:t>
      </w:r>
      <w:r w:rsidR="00767774">
        <w:rPr>
          <w:rFonts w:ascii="Times New Roman" w:hAnsi="Times New Roman" w:cs="Times New Roman"/>
          <w:sz w:val="28"/>
          <w:szCs w:val="28"/>
        </w:rPr>
        <w:t>B.COM, MBA</w:t>
      </w:r>
      <w:r w:rsidRPr="00804003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741D56" w:rsidRPr="00804003" w:rsidRDefault="00EA05C0" w:rsidP="000A337B">
      <w:pPr>
        <w:pStyle w:val="ListParagraph"/>
        <w:numPr>
          <w:ilvl w:val="0"/>
          <w:numId w:val="12"/>
        </w:numPr>
        <w:rPr>
          <w:rFonts w:ascii="Times New Roman" w:hAnsi="Times New Roman" w:cs="Times New Roman"/>
          <w:sz w:val="28"/>
          <w:szCs w:val="28"/>
        </w:rPr>
      </w:pPr>
      <w:r w:rsidRPr="00804003">
        <w:rPr>
          <w:rFonts w:ascii="Times New Roman" w:hAnsi="Times New Roman" w:cs="Times New Roman"/>
          <w:b/>
          <w:sz w:val="28"/>
          <w:szCs w:val="28"/>
        </w:rPr>
        <w:t>Date of Appointment</w:t>
      </w:r>
      <w:r w:rsidRPr="00804003">
        <w:rPr>
          <w:rFonts w:ascii="Times New Roman" w:hAnsi="Times New Roman" w:cs="Times New Roman"/>
          <w:sz w:val="28"/>
          <w:szCs w:val="28"/>
        </w:rPr>
        <w:t xml:space="preserve"> – </w:t>
      </w:r>
      <w:r w:rsidR="00767774">
        <w:rPr>
          <w:rFonts w:ascii="Times New Roman" w:hAnsi="Times New Roman" w:cs="Times New Roman"/>
          <w:sz w:val="28"/>
          <w:szCs w:val="28"/>
        </w:rPr>
        <w:t>01</w:t>
      </w:r>
      <w:r w:rsidR="00767774" w:rsidRPr="00767774">
        <w:rPr>
          <w:rFonts w:ascii="Times New Roman" w:hAnsi="Times New Roman" w:cs="Times New Roman"/>
          <w:sz w:val="28"/>
          <w:szCs w:val="28"/>
          <w:vertAlign w:val="superscript"/>
        </w:rPr>
        <w:t>st</w:t>
      </w:r>
      <w:r w:rsidR="00767774">
        <w:rPr>
          <w:rFonts w:ascii="Times New Roman" w:hAnsi="Times New Roman" w:cs="Times New Roman"/>
          <w:sz w:val="28"/>
          <w:szCs w:val="28"/>
        </w:rPr>
        <w:t xml:space="preserve"> July 2025</w:t>
      </w:r>
      <w:r w:rsidRPr="0080400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EA05C0" w:rsidRPr="00804003" w:rsidRDefault="00E719DD" w:rsidP="000A337B">
      <w:pPr>
        <w:pStyle w:val="ListParagraph"/>
        <w:numPr>
          <w:ilvl w:val="0"/>
          <w:numId w:val="12"/>
        </w:numPr>
        <w:rPr>
          <w:rFonts w:ascii="Times New Roman" w:hAnsi="Times New Roman" w:cs="Times New Roman"/>
          <w:sz w:val="28"/>
          <w:szCs w:val="28"/>
        </w:rPr>
      </w:pPr>
      <w:r w:rsidRPr="00804003">
        <w:rPr>
          <w:rFonts w:ascii="Times New Roman" w:hAnsi="Times New Roman" w:cs="Times New Roman"/>
          <w:b/>
          <w:sz w:val="28"/>
          <w:szCs w:val="28"/>
        </w:rPr>
        <w:t>Experience in years</w:t>
      </w:r>
      <w:r w:rsidR="00767774">
        <w:rPr>
          <w:rFonts w:ascii="Times New Roman" w:hAnsi="Times New Roman" w:cs="Times New Roman"/>
          <w:sz w:val="28"/>
          <w:szCs w:val="28"/>
        </w:rPr>
        <w:t xml:space="preserve"> – 2 </w:t>
      </w:r>
      <w:r w:rsidRPr="00804003">
        <w:rPr>
          <w:rFonts w:ascii="Times New Roman" w:hAnsi="Times New Roman" w:cs="Times New Roman"/>
          <w:sz w:val="28"/>
          <w:szCs w:val="28"/>
        </w:rPr>
        <w:t xml:space="preserve">Years in Teaching </w:t>
      </w:r>
    </w:p>
    <w:p w:rsidR="00777FC6" w:rsidRPr="00804003" w:rsidRDefault="00E719DD" w:rsidP="000A337B">
      <w:pPr>
        <w:pStyle w:val="ListParagraph"/>
        <w:numPr>
          <w:ilvl w:val="0"/>
          <w:numId w:val="12"/>
        </w:numPr>
        <w:rPr>
          <w:rFonts w:ascii="Times New Roman" w:hAnsi="Times New Roman" w:cs="Times New Roman"/>
          <w:sz w:val="28"/>
          <w:szCs w:val="28"/>
        </w:rPr>
      </w:pPr>
      <w:r w:rsidRPr="00804003">
        <w:rPr>
          <w:rFonts w:ascii="Times New Roman" w:hAnsi="Times New Roman" w:cs="Times New Roman"/>
          <w:b/>
          <w:sz w:val="28"/>
          <w:szCs w:val="28"/>
        </w:rPr>
        <w:t>Corresponding Address</w:t>
      </w:r>
      <w:r w:rsidRPr="00804003">
        <w:rPr>
          <w:rFonts w:ascii="Times New Roman" w:hAnsi="Times New Roman" w:cs="Times New Roman"/>
          <w:sz w:val="28"/>
          <w:szCs w:val="28"/>
        </w:rPr>
        <w:t xml:space="preserve"> </w:t>
      </w:r>
      <w:r w:rsidR="00777FC6" w:rsidRPr="00804003">
        <w:rPr>
          <w:rFonts w:ascii="Times New Roman" w:hAnsi="Times New Roman" w:cs="Times New Roman"/>
          <w:sz w:val="28"/>
          <w:szCs w:val="28"/>
        </w:rPr>
        <w:t xml:space="preserve">– </w:t>
      </w:r>
      <w:r w:rsidR="00767774">
        <w:rPr>
          <w:rFonts w:ascii="Times New Roman" w:hAnsi="Times New Roman" w:cs="Times New Roman"/>
          <w:sz w:val="28"/>
          <w:szCs w:val="28"/>
        </w:rPr>
        <w:t>Ganesh Nagar TT Nagar behind Satguru Coaching Classes amravati. 444601</w:t>
      </w:r>
    </w:p>
    <w:p w:rsidR="00777FC6" w:rsidRPr="00804003" w:rsidRDefault="00777FC6" w:rsidP="00777FC6">
      <w:pPr>
        <w:pStyle w:val="ListParagraph"/>
        <w:numPr>
          <w:ilvl w:val="0"/>
          <w:numId w:val="12"/>
        </w:numPr>
        <w:rPr>
          <w:rFonts w:ascii="Times New Roman" w:hAnsi="Times New Roman" w:cs="Times New Roman"/>
          <w:sz w:val="28"/>
          <w:szCs w:val="28"/>
        </w:rPr>
      </w:pPr>
      <w:r w:rsidRPr="00804003">
        <w:rPr>
          <w:rFonts w:ascii="Times New Roman" w:hAnsi="Times New Roman" w:cs="Times New Roman"/>
          <w:b/>
          <w:sz w:val="28"/>
          <w:szCs w:val="28"/>
        </w:rPr>
        <w:t>Email</w:t>
      </w:r>
      <w:r w:rsidRPr="00804003">
        <w:rPr>
          <w:rFonts w:ascii="Times New Roman" w:hAnsi="Times New Roman" w:cs="Times New Roman"/>
          <w:sz w:val="28"/>
          <w:szCs w:val="28"/>
        </w:rPr>
        <w:t xml:space="preserve">: </w:t>
      </w:r>
      <w:hyperlink r:id="rId10" w:history="1">
        <w:r w:rsidR="00767774" w:rsidRPr="004D5A9C">
          <w:rPr>
            <w:rStyle w:val="Hyperlink"/>
            <w:rFonts w:ascii="Times New Roman" w:hAnsi="Times New Roman" w:cs="Times New Roman"/>
            <w:sz w:val="28"/>
            <w:szCs w:val="28"/>
          </w:rPr>
          <w:t>varsha.wadhwa23@gmail.com</w:t>
        </w:r>
      </w:hyperlink>
    </w:p>
    <w:p w:rsidR="00777FC6" w:rsidRPr="00767774" w:rsidRDefault="00777FC6" w:rsidP="000A337B">
      <w:pPr>
        <w:pStyle w:val="ListParagraph"/>
        <w:numPr>
          <w:ilvl w:val="0"/>
          <w:numId w:val="12"/>
        </w:numPr>
        <w:rPr>
          <w:rFonts w:ascii="Times New Roman" w:hAnsi="Times New Roman" w:cs="Times New Roman"/>
          <w:b/>
          <w:sz w:val="28"/>
          <w:szCs w:val="28"/>
        </w:rPr>
      </w:pPr>
      <w:r w:rsidRPr="00767774">
        <w:rPr>
          <w:rFonts w:ascii="Times New Roman" w:hAnsi="Times New Roman" w:cs="Times New Roman"/>
          <w:b/>
          <w:sz w:val="28"/>
          <w:szCs w:val="28"/>
        </w:rPr>
        <w:t>Contact:</w:t>
      </w:r>
      <w:r w:rsidRPr="00767774">
        <w:rPr>
          <w:rFonts w:ascii="Times New Roman" w:hAnsi="Times New Roman" w:cs="Times New Roman"/>
          <w:sz w:val="28"/>
          <w:szCs w:val="28"/>
        </w:rPr>
        <w:t xml:space="preserve"> </w:t>
      </w:r>
      <w:r w:rsidR="00767774">
        <w:rPr>
          <w:rFonts w:ascii="Times New Roman" w:hAnsi="Times New Roman" w:cs="Times New Roman"/>
          <w:sz w:val="28"/>
          <w:szCs w:val="28"/>
        </w:rPr>
        <w:t>9975405544</w:t>
      </w:r>
    </w:p>
    <w:p w:rsidR="00777FC6" w:rsidRPr="00804003" w:rsidRDefault="00804003" w:rsidP="000A337B">
      <w:pPr>
        <w:pStyle w:val="ListParagraph"/>
        <w:numPr>
          <w:ilvl w:val="0"/>
          <w:numId w:val="12"/>
        </w:numPr>
        <w:rPr>
          <w:rFonts w:ascii="Times New Roman" w:hAnsi="Times New Roman" w:cs="Times New Roman"/>
          <w:sz w:val="28"/>
          <w:szCs w:val="28"/>
        </w:rPr>
      </w:pPr>
      <w:r w:rsidRPr="00767774">
        <w:rPr>
          <w:rFonts w:ascii="Times New Roman" w:hAnsi="Times New Roman" w:cs="Times New Roman"/>
          <w:b/>
          <w:sz w:val="28"/>
          <w:szCs w:val="28"/>
        </w:rPr>
        <w:t>Area of Research Interest</w:t>
      </w:r>
      <w:r w:rsidRPr="00767774">
        <w:rPr>
          <w:rFonts w:ascii="Times New Roman" w:hAnsi="Times New Roman" w:cs="Times New Roman"/>
          <w:sz w:val="28"/>
          <w:szCs w:val="28"/>
        </w:rPr>
        <w:t xml:space="preserve"> – Strategic Human Resource Management , Employer Branding</w:t>
      </w:r>
      <w:r w:rsidR="00767774">
        <w:rPr>
          <w:rFonts w:ascii="Times New Roman" w:hAnsi="Times New Roman" w:cs="Times New Roman"/>
          <w:sz w:val="28"/>
          <w:szCs w:val="28"/>
        </w:rPr>
        <w:t>, Training and Development</w:t>
      </w:r>
      <w:r w:rsidRPr="0076777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E719DD" w:rsidRPr="00804003" w:rsidRDefault="00E719DD" w:rsidP="00804003">
      <w:pPr>
        <w:pStyle w:val="ListParagraph"/>
        <w:rPr>
          <w:rFonts w:ascii="Times New Roman" w:hAnsi="Times New Roman" w:cs="Times New Roman"/>
          <w:sz w:val="28"/>
          <w:szCs w:val="28"/>
        </w:rPr>
      </w:pPr>
    </w:p>
    <w:p w:rsidR="00EA05C0" w:rsidRPr="000A337B" w:rsidRDefault="00EA05C0" w:rsidP="00EA05C0"/>
    <w:sectPr w:rsidR="00EA05C0" w:rsidRPr="000A337B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55642" w:rsidRDefault="00755642" w:rsidP="000B56D9">
      <w:pPr>
        <w:spacing w:after="0" w:line="240" w:lineRule="auto"/>
      </w:pPr>
      <w:r>
        <w:separator/>
      </w:r>
    </w:p>
  </w:endnote>
  <w:endnote w:type="continuationSeparator" w:id="1">
    <w:p w:rsidR="00755642" w:rsidRDefault="00755642" w:rsidP="000B56D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55642" w:rsidRDefault="00755642" w:rsidP="000B56D9">
      <w:pPr>
        <w:spacing w:after="0" w:line="240" w:lineRule="auto"/>
      </w:pPr>
      <w:r>
        <w:separator/>
      </w:r>
    </w:p>
  </w:footnote>
  <w:footnote w:type="continuationSeparator" w:id="1">
    <w:p w:rsidR="00755642" w:rsidRDefault="00755642" w:rsidP="000B56D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>
    <w:nsid w:val="29A14D93"/>
    <w:multiLevelType w:val="hybridMultilevel"/>
    <w:tmpl w:val="9066FD2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25C38CA"/>
    <w:multiLevelType w:val="hybridMultilevel"/>
    <w:tmpl w:val="D0F4B62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3C280CE2"/>
    <w:multiLevelType w:val="hybridMultilevel"/>
    <w:tmpl w:val="C1C093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  <w:num w:numId="10">
    <w:abstractNumId w:val="11"/>
  </w:num>
  <w:num w:numId="11">
    <w:abstractNumId w:val="9"/>
  </w:num>
  <w:num w:numId="12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B47730"/>
    <w:rsid w:val="00034616"/>
    <w:rsid w:val="0006063C"/>
    <w:rsid w:val="000A337B"/>
    <w:rsid w:val="000B56D9"/>
    <w:rsid w:val="0015074B"/>
    <w:rsid w:val="001919A7"/>
    <w:rsid w:val="0029639D"/>
    <w:rsid w:val="002A3380"/>
    <w:rsid w:val="00326F90"/>
    <w:rsid w:val="0057460C"/>
    <w:rsid w:val="00583169"/>
    <w:rsid w:val="00741D56"/>
    <w:rsid w:val="00755642"/>
    <w:rsid w:val="00767774"/>
    <w:rsid w:val="00777FC6"/>
    <w:rsid w:val="007B3D8B"/>
    <w:rsid w:val="00804003"/>
    <w:rsid w:val="00850A10"/>
    <w:rsid w:val="00865E6A"/>
    <w:rsid w:val="00A52B01"/>
    <w:rsid w:val="00AA1D8D"/>
    <w:rsid w:val="00B47730"/>
    <w:rsid w:val="00CB0664"/>
    <w:rsid w:val="00E719DD"/>
    <w:rsid w:val="00EA05C0"/>
    <w:rsid w:val="00EB47F9"/>
    <w:rsid w:val="00FC693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ghtShading1">
    <w:name w:val="Light Shading1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customStyle="1" w:styleId="LightShading-Accent11">
    <w:name w:val="Light Shading - Accent 1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customStyle="1" w:styleId="LightList1">
    <w:name w:val="Light List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customStyle="1" w:styleId="LightList-Accent11">
    <w:name w:val="Light List - Accent 1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customStyle="1" w:styleId="LightGrid1">
    <w:name w:val="Light Grid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customStyle="1" w:styleId="LightGrid-Accent11">
    <w:name w:val="Light Grid - Accent 1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customStyle="1" w:styleId="MediumShading11">
    <w:name w:val="Medium Shading 1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MediumShading1-Accent11">
    <w:name w:val="Medium Shading 1 - Accent 1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MediumShading21">
    <w:name w:val="Medium Shading 2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customStyle="1" w:styleId="MediumShading2-Accent11">
    <w:name w:val="Medium Shading 2 - Accent 1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customStyle="1" w:styleId="MediumList11">
    <w:name w:val="Medium List 1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customStyle="1" w:styleId="MediumList1-Accent11">
    <w:name w:val="Medium List 1 - Accent 1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customStyle="1" w:styleId="MediumList21">
    <w:name w:val="Medium List 2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customStyle="1" w:styleId="MediumGrid11">
    <w:name w:val="Medium Grid 1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customStyle="1" w:styleId="MediumGrid21">
    <w:name w:val="Medium Grid 2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customStyle="1" w:styleId="MediumGrid31">
    <w:name w:val="Medium Grid 3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customStyle="1" w:styleId="DarkList1">
    <w:name w:val="Dark List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customStyle="1" w:styleId="ColorfulShading1">
    <w:name w:val="Colorful Shading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customStyle="1" w:styleId="ColorfulList1">
    <w:name w:val="Colorful List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customStyle="1" w:styleId="ColorfulGrid1">
    <w:name w:val="Colorful Grid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styleId="Hyperlink">
    <w:name w:val="Hyperlink"/>
    <w:basedOn w:val="DefaultParagraphFont"/>
    <w:uiPriority w:val="99"/>
    <w:unhideWhenUsed/>
    <w:rsid w:val="00EB47F9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A337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A337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varsha.wadhwa23@gmail.com" TargetMode="External"/><Relationship Id="rId13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mailto:varsha.wadhwa23@gmail.com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113</Words>
  <Characters>647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759</CharactersWithSpaces>
  <SharedDoc>false</SharedDoc>
  <HyperlinkBase/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python-docx</dc:creator>
  <dc:description>generated by python-docx</dc:description>
  <cp:lastModifiedBy>MBA-STAFF-X</cp:lastModifiedBy>
  <cp:revision>3</cp:revision>
  <dcterms:created xsi:type="dcterms:W3CDTF">2025-09-19T03:04:00Z</dcterms:created>
  <dcterms:modified xsi:type="dcterms:W3CDTF">2025-09-19T03:21:00Z</dcterms:modified>
</cp:coreProperties>
</file>